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49670" w14:textId="77777777" w:rsidR="00AB2AAE" w:rsidRDefault="00C50615">
      <w:pPr>
        <w:jc w:val="center"/>
      </w:pPr>
      <w:r>
        <w:rPr>
          <w:b/>
          <w:color w:val="1F4E79"/>
          <w:sz w:val="30"/>
        </w:rPr>
        <w:t>Journal of Engineering and Sustainable Development (JEASD)</w:t>
      </w:r>
    </w:p>
    <w:p w14:paraId="184C1F08" w14:textId="77777777" w:rsidR="00AB2AAE" w:rsidRDefault="00C50615">
      <w:pPr>
        <w:jc w:val="center"/>
      </w:pPr>
      <w:r>
        <w:rPr>
          <w:b/>
          <w:sz w:val="26"/>
        </w:rPr>
        <w:t>Ethical, Legal, and Publication Declarations</w:t>
      </w:r>
    </w:p>
    <w:p w14:paraId="3B4F2F4D" w14:textId="77777777" w:rsidR="00AB2AAE" w:rsidRDefault="00C50615">
      <w:pPr>
        <w:jc w:val="center"/>
      </w:pPr>
      <w:r>
        <w:rPr>
          <w:i/>
        </w:rPr>
        <w:t>Author Declaration Template</w:t>
      </w:r>
    </w:p>
    <w:tbl>
      <w:tblPr>
        <w:tblW w:w="0" w:type="auto"/>
        <w:jc w:val="center"/>
        <w:tblLook w:val="04A0" w:firstRow="1" w:lastRow="0" w:firstColumn="1" w:lastColumn="0" w:noHBand="0" w:noVBand="1"/>
      </w:tblPr>
      <w:tblGrid>
        <w:gridCol w:w="10080"/>
      </w:tblGrid>
      <w:tr w:rsidR="00AB2AAE" w14:paraId="2A62122F" w14:textId="77777777">
        <w:trPr>
          <w:jc w:val="center"/>
        </w:trPr>
        <w:tc>
          <w:tcPr>
            <w:tcW w:w="10080" w:type="dxa"/>
            <w:shd w:val="clear" w:color="auto" w:fill="EAF2F8"/>
            <w:tcMar>
              <w:top w:w="120" w:type="dxa"/>
              <w:left w:w="140" w:type="dxa"/>
              <w:bottom w:w="120" w:type="dxa"/>
              <w:right w:w="140" w:type="dxa"/>
            </w:tcMar>
          </w:tcPr>
          <w:p w14:paraId="67D67C0E" w14:textId="77777777" w:rsidR="00AB2AAE" w:rsidRDefault="00C50615">
            <w:pPr>
              <w:spacing w:after="0"/>
            </w:pPr>
            <w:r>
              <w:rPr>
                <w:sz w:val="19"/>
              </w:rPr>
              <w:t>Instructions to Authors: Complete all applicable statements below. The information supplied in this form should be consistent with the manuscript. These declarations may be published with the final article. Where a statement is not applicable, write “Not applicable” or use the suggested wording provided. Do not leave mandatory items blank.</w:t>
            </w:r>
          </w:p>
        </w:tc>
      </w:tr>
    </w:tbl>
    <w:p w14:paraId="0F605A89" w14:textId="77777777" w:rsidR="00AB2AAE" w:rsidRDefault="00AB2AAE"/>
    <w:p w14:paraId="7E7DFBDA" w14:textId="77777777" w:rsidR="00AB2AAE" w:rsidRDefault="00C50615">
      <w:pPr>
        <w:pStyle w:val="JEASDHeading"/>
        <w:keepNext/>
      </w:pPr>
      <w:r>
        <w:t>A. Manuscript Information</w:t>
      </w:r>
    </w:p>
    <w:tbl>
      <w:tblPr>
        <w:tblStyle w:val="TableGrid"/>
        <w:tblW w:w="0" w:type="auto"/>
        <w:jc w:val="center"/>
        <w:tblLook w:val="04A0" w:firstRow="1" w:lastRow="0" w:firstColumn="1" w:lastColumn="0" w:noHBand="0" w:noVBand="1"/>
      </w:tblPr>
      <w:tblGrid>
        <w:gridCol w:w="5036"/>
        <w:gridCol w:w="5034"/>
      </w:tblGrid>
      <w:tr w:rsidR="00AB2AAE" w14:paraId="320D0D3E" w14:textId="77777777">
        <w:trPr>
          <w:jc w:val="center"/>
        </w:trPr>
        <w:tc>
          <w:tcPr>
            <w:tcW w:w="5040" w:type="dxa"/>
            <w:shd w:val="clear" w:color="auto" w:fill="D9EAF7"/>
            <w:tcMar>
              <w:top w:w="80" w:type="dxa"/>
              <w:left w:w="90" w:type="dxa"/>
              <w:bottom w:w="80" w:type="dxa"/>
              <w:right w:w="90" w:type="dxa"/>
            </w:tcMar>
            <w:vAlign w:val="center"/>
          </w:tcPr>
          <w:p w14:paraId="4233E257" w14:textId="77777777" w:rsidR="00AB2AAE" w:rsidRDefault="00C50615">
            <w:r>
              <w:rPr>
                <w:b/>
                <w:sz w:val="19"/>
              </w:rPr>
              <w:t>Manuscript title</w:t>
            </w:r>
          </w:p>
        </w:tc>
        <w:tc>
          <w:tcPr>
            <w:tcW w:w="5040" w:type="dxa"/>
            <w:tcMar>
              <w:top w:w="80" w:type="dxa"/>
              <w:left w:w="90" w:type="dxa"/>
              <w:bottom w:w="80" w:type="dxa"/>
              <w:right w:w="90" w:type="dxa"/>
            </w:tcMar>
            <w:vAlign w:val="center"/>
          </w:tcPr>
          <w:p w14:paraId="5B7EFF17" w14:textId="77777777" w:rsidR="00AB2AAE" w:rsidRDefault="00C50615">
            <w:r>
              <w:rPr>
                <w:sz w:val="19"/>
              </w:rPr>
              <w:t>Click or tap here to enter text.</w:t>
            </w:r>
          </w:p>
        </w:tc>
      </w:tr>
      <w:tr w:rsidR="00AB2AAE" w14:paraId="140C98E4" w14:textId="77777777">
        <w:trPr>
          <w:jc w:val="center"/>
        </w:trPr>
        <w:tc>
          <w:tcPr>
            <w:tcW w:w="5040" w:type="dxa"/>
            <w:shd w:val="clear" w:color="auto" w:fill="D9EAF7"/>
            <w:tcMar>
              <w:top w:w="80" w:type="dxa"/>
              <w:left w:w="90" w:type="dxa"/>
              <w:bottom w:w="80" w:type="dxa"/>
              <w:right w:w="90" w:type="dxa"/>
            </w:tcMar>
            <w:vAlign w:val="center"/>
          </w:tcPr>
          <w:p w14:paraId="39C1CEFA" w14:textId="77777777" w:rsidR="00AB2AAE" w:rsidRDefault="00C50615">
            <w:r>
              <w:rPr>
                <w:b/>
                <w:sz w:val="19"/>
              </w:rPr>
              <w:t>Manuscript ID (if assigned)</w:t>
            </w:r>
          </w:p>
        </w:tc>
        <w:tc>
          <w:tcPr>
            <w:tcW w:w="5040" w:type="dxa"/>
            <w:tcMar>
              <w:top w:w="80" w:type="dxa"/>
              <w:left w:w="90" w:type="dxa"/>
              <w:bottom w:w="80" w:type="dxa"/>
              <w:right w:w="90" w:type="dxa"/>
            </w:tcMar>
            <w:vAlign w:val="center"/>
          </w:tcPr>
          <w:p w14:paraId="5B2E2349" w14:textId="77777777" w:rsidR="00AB2AAE" w:rsidRDefault="00C50615">
            <w:r>
              <w:rPr>
                <w:sz w:val="19"/>
              </w:rPr>
              <w:t>Click or tap here to enter text.</w:t>
            </w:r>
          </w:p>
        </w:tc>
      </w:tr>
      <w:tr w:rsidR="00AB2AAE" w14:paraId="79EA0210" w14:textId="77777777">
        <w:trPr>
          <w:jc w:val="center"/>
        </w:trPr>
        <w:tc>
          <w:tcPr>
            <w:tcW w:w="5040" w:type="dxa"/>
            <w:shd w:val="clear" w:color="auto" w:fill="D9EAF7"/>
            <w:tcMar>
              <w:top w:w="80" w:type="dxa"/>
              <w:left w:w="90" w:type="dxa"/>
              <w:bottom w:w="80" w:type="dxa"/>
              <w:right w:w="90" w:type="dxa"/>
            </w:tcMar>
            <w:vAlign w:val="center"/>
          </w:tcPr>
          <w:p w14:paraId="42520F7C" w14:textId="77777777" w:rsidR="00AB2AAE" w:rsidRDefault="00C50615">
            <w:r>
              <w:rPr>
                <w:b/>
                <w:sz w:val="19"/>
              </w:rPr>
              <w:t>Corresponding author</w:t>
            </w:r>
          </w:p>
        </w:tc>
        <w:tc>
          <w:tcPr>
            <w:tcW w:w="5040" w:type="dxa"/>
            <w:tcMar>
              <w:top w:w="80" w:type="dxa"/>
              <w:left w:w="90" w:type="dxa"/>
              <w:bottom w:w="80" w:type="dxa"/>
              <w:right w:w="90" w:type="dxa"/>
            </w:tcMar>
            <w:vAlign w:val="center"/>
          </w:tcPr>
          <w:p w14:paraId="6128EBC6" w14:textId="77777777" w:rsidR="00AB2AAE" w:rsidRDefault="00C50615">
            <w:r>
              <w:rPr>
                <w:sz w:val="19"/>
              </w:rPr>
              <w:t>Click or tap here to enter text.</w:t>
            </w:r>
          </w:p>
        </w:tc>
      </w:tr>
      <w:tr w:rsidR="00AB2AAE" w14:paraId="4668FA9A" w14:textId="77777777">
        <w:trPr>
          <w:jc w:val="center"/>
        </w:trPr>
        <w:tc>
          <w:tcPr>
            <w:tcW w:w="5040" w:type="dxa"/>
            <w:shd w:val="clear" w:color="auto" w:fill="D9EAF7"/>
            <w:tcMar>
              <w:top w:w="80" w:type="dxa"/>
              <w:left w:w="90" w:type="dxa"/>
              <w:bottom w:w="80" w:type="dxa"/>
              <w:right w:w="90" w:type="dxa"/>
            </w:tcMar>
            <w:vAlign w:val="center"/>
          </w:tcPr>
          <w:p w14:paraId="215E18AD" w14:textId="77777777" w:rsidR="00AB2AAE" w:rsidRDefault="00C50615">
            <w:r>
              <w:rPr>
                <w:b/>
                <w:sz w:val="19"/>
              </w:rPr>
              <w:t>Date</w:t>
            </w:r>
          </w:p>
        </w:tc>
        <w:tc>
          <w:tcPr>
            <w:tcW w:w="5040" w:type="dxa"/>
            <w:tcMar>
              <w:top w:w="80" w:type="dxa"/>
              <w:left w:w="90" w:type="dxa"/>
              <w:bottom w:w="80" w:type="dxa"/>
              <w:right w:w="90" w:type="dxa"/>
            </w:tcMar>
            <w:vAlign w:val="center"/>
          </w:tcPr>
          <w:p w14:paraId="31E557E0" w14:textId="77777777" w:rsidR="00AB2AAE" w:rsidRDefault="00C50615">
            <w:r>
              <w:rPr>
                <w:sz w:val="19"/>
              </w:rPr>
              <w:t>Click or tap here to enter text.</w:t>
            </w:r>
          </w:p>
        </w:tc>
      </w:tr>
    </w:tbl>
    <w:p w14:paraId="4462B1B3" w14:textId="77777777" w:rsidR="00AB2AAE" w:rsidRDefault="00AB2AAE"/>
    <w:p w14:paraId="1947EC02" w14:textId="77777777" w:rsidR="00AB2AAE" w:rsidRDefault="00C50615" w:rsidP="00593BF9">
      <w:pPr>
        <w:pStyle w:val="JEASDHeading"/>
        <w:keepNext/>
        <w:jc w:val="both"/>
      </w:pPr>
      <w:r>
        <w:t>B. General Publication Responsibility</w:t>
      </w:r>
    </w:p>
    <w:p w14:paraId="7735C33E" w14:textId="64C592B3" w:rsidR="00AB2AAE" w:rsidRDefault="00C50615" w:rsidP="00593BF9">
      <w:pPr>
        <w:spacing w:after="100"/>
        <w:jc w:val="both"/>
      </w:pPr>
      <w:r>
        <w:t xml:space="preserve">Large Language Models (LLMs), artificial intelligence systems, and machine-learning tools cannot be listed as authors because they cannot assume responsibility for the accuracy, integrity, originality, or accountability of the submitted work. </w:t>
      </w:r>
      <w:r w:rsidR="00593BF9">
        <w:t xml:space="preserve">Declare any use of such tools transparently </w:t>
      </w:r>
      <w:r>
        <w:t>in the relevant statement below.</w:t>
      </w:r>
    </w:p>
    <w:p w14:paraId="64901C67" w14:textId="77777777" w:rsidR="00AB2AAE" w:rsidRDefault="00C50615">
      <w:pPr>
        <w:pStyle w:val="JEASDHeading"/>
        <w:keepNext/>
      </w:pPr>
      <w:r>
        <w:t>C. Required Declarations</w:t>
      </w:r>
    </w:p>
    <w:tbl>
      <w:tblPr>
        <w:tblStyle w:val="TableGrid"/>
        <w:tblW w:w="0" w:type="auto"/>
        <w:jc w:val="center"/>
        <w:tblLook w:val="04A0" w:firstRow="1" w:lastRow="0" w:firstColumn="1" w:lastColumn="0" w:noHBand="0" w:noVBand="1"/>
      </w:tblPr>
      <w:tblGrid>
        <w:gridCol w:w="3545"/>
        <w:gridCol w:w="6525"/>
      </w:tblGrid>
      <w:tr w:rsidR="00AB2AAE" w14:paraId="017AF5D7" w14:textId="77777777">
        <w:trPr>
          <w:jc w:val="center"/>
        </w:trPr>
        <w:tc>
          <w:tcPr>
            <w:tcW w:w="5040" w:type="dxa"/>
            <w:shd w:val="clear" w:color="auto" w:fill="1F4E79"/>
          </w:tcPr>
          <w:p w14:paraId="079E976E" w14:textId="77777777" w:rsidR="00AB2AAE" w:rsidRDefault="00C50615">
            <w:r>
              <w:rPr>
                <w:b/>
                <w:color w:val="FFFFFF"/>
                <w:sz w:val="19"/>
              </w:rPr>
              <w:t>Declaration</w:t>
            </w:r>
          </w:p>
        </w:tc>
        <w:tc>
          <w:tcPr>
            <w:tcW w:w="5040" w:type="dxa"/>
            <w:shd w:val="clear" w:color="auto" w:fill="1F4E79"/>
          </w:tcPr>
          <w:p w14:paraId="6A23FBAC" w14:textId="77777777" w:rsidR="00AB2AAE" w:rsidRDefault="00C50615">
            <w:r>
              <w:rPr>
                <w:b/>
                <w:color w:val="FFFFFF"/>
                <w:sz w:val="19"/>
              </w:rPr>
              <w:t>Author Statement</w:t>
            </w:r>
          </w:p>
        </w:tc>
      </w:tr>
      <w:tr w:rsidR="00AB2AAE" w14:paraId="342E33E9" w14:textId="77777777">
        <w:trPr>
          <w:jc w:val="center"/>
        </w:trPr>
        <w:tc>
          <w:tcPr>
            <w:tcW w:w="3168" w:type="dxa"/>
            <w:shd w:val="clear" w:color="auto" w:fill="D9EAF7"/>
            <w:tcMar>
              <w:top w:w="90" w:type="dxa"/>
              <w:left w:w="100" w:type="dxa"/>
              <w:bottom w:w="90" w:type="dxa"/>
              <w:right w:w="100" w:type="dxa"/>
            </w:tcMar>
          </w:tcPr>
          <w:p w14:paraId="6535F259" w14:textId="77777777" w:rsidR="00AB2AAE" w:rsidRDefault="00C50615">
            <w:pPr>
              <w:spacing w:after="40"/>
            </w:pPr>
            <w:r>
              <w:rPr>
                <w:b/>
                <w:sz w:val="17"/>
              </w:rPr>
              <w:t>1. Acknowledgments</w:t>
            </w:r>
          </w:p>
        </w:tc>
        <w:tc>
          <w:tcPr>
            <w:tcW w:w="7056" w:type="dxa"/>
            <w:tcMar>
              <w:top w:w="90" w:type="dxa"/>
              <w:left w:w="100" w:type="dxa"/>
              <w:bottom w:w="90" w:type="dxa"/>
              <w:right w:w="100" w:type="dxa"/>
            </w:tcMar>
          </w:tcPr>
          <w:p w14:paraId="619F37D8" w14:textId="77777777" w:rsidR="00AB2AAE" w:rsidRDefault="00C50615">
            <w:pPr>
              <w:spacing w:after="40"/>
            </w:pPr>
            <w:r>
              <w:rPr>
                <w:sz w:val="17"/>
              </w:rPr>
              <w:t>Identify individuals, institutions, facilities, or technical assistance that contributed to the work but do not meet authorship criteria. If there are no acknowledgments, state: “None.”</w:t>
            </w:r>
            <w:r>
              <w:rPr>
                <w:sz w:val="17"/>
              </w:rPr>
              <w:br/>
            </w:r>
            <w:r>
              <w:rPr>
                <w:sz w:val="17"/>
              </w:rPr>
              <w:br/>
              <w:t>Author statement: ________________________________________________</w:t>
            </w:r>
            <w:r>
              <w:rPr>
                <w:sz w:val="17"/>
              </w:rPr>
              <w:br/>
              <w:t>__________________________________________________________________</w:t>
            </w:r>
          </w:p>
        </w:tc>
      </w:tr>
      <w:tr w:rsidR="00AB2AAE" w14:paraId="0BA975D8" w14:textId="77777777">
        <w:trPr>
          <w:jc w:val="center"/>
        </w:trPr>
        <w:tc>
          <w:tcPr>
            <w:tcW w:w="3168" w:type="dxa"/>
            <w:shd w:val="clear" w:color="auto" w:fill="D9EAF7"/>
            <w:tcMar>
              <w:top w:w="90" w:type="dxa"/>
              <w:left w:w="100" w:type="dxa"/>
              <w:bottom w:w="90" w:type="dxa"/>
              <w:right w:w="100" w:type="dxa"/>
            </w:tcMar>
          </w:tcPr>
          <w:p w14:paraId="6B8A2E56" w14:textId="77777777" w:rsidR="00AB2AAE" w:rsidRDefault="00C50615">
            <w:pPr>
              <w:spacing w:after="40"/>
            </w:pPr>
            <w:r>
              <w:rPr>
                <w:b/>
                <w:sz w:val="17"/>
              </w:rPr>
              <w:t>2. Research Ethics / Ethical Approval</w:t>
            </w:r>
          </w:p>
        </w:tc>
        <w:tc>
          <w:tcPr>
            <w:tcW w:w="7056" w:type="dxa"/>
            <w:tcMar>
              <w:top w:w="90" w:type="dxa"/>
              <w:left w:w="100" w:type="dxa"/>
              <w:bottom w:w="90" w:type="dxa"/>
              <w:right w:w="100" w:type="dxa"/>
            </w:tcMar>
          </w:tcPr>
          <w:p w14:paraId="2F207807" w14:textId="77777777" w:rsidR="00AB2AAE" w:rsidRDefault="00C50615">
            <w:pPr>
              <w:spacing w:after="40"/>
            </w:pPr>
            <w:r>
              <w:rPr>
                <w:sz w:val="17"/>
              </w:rPr>
              <w:t>For studies involving human participants, personal data, animals, or other activities requiring ethics oversight, provide the approving body, approval number, and date. If formal ethics approval was not required, state the basis or write: “Not applicable.”</w:t>
            </w:r>
            <w:r>
              <w:rPr>
                <w:sz w:val="17"/>
              </w:rPr>
              <w:br/>
            </w:r>
            <w:r>
              <w:rPr>
                <w:sz w:val="17"/>
              </w:rPr>
              <w:br/>
              <w:t>Author statement: ________________________________________________</w:t>
            </w:r>
            <w:r>
              <w:rPr>
                <w:sz w:val="17"/>
              </w:rPr>
              <w:br/>
              <w:t>__________________________________________________________________</w:t>
            </w:r>
          </w:p>
        </w:tc>
      </w:tr>
      <w:tr w:rsidR="00AB2AAE" w14:paraId="46038C79" w14:textId="77777777">
        <w:trPr>
          <w:jc w:val="center"/>
        </w:trPr>
        <w:tc>
          <w:tcPr>
            <w:tcW w:w="3168" w:type="dxa"/>
            <w:shd w:val="clear" w:color="auto" w:fill="D9EAF7"/>
            <w:tcMar>
              <w:top w:w="90" w:type="dxa"/>
              <w:left w:w="100" w:type="dxa"/>
              <w:bottom w:w="90" w:type="dxa"/>
              <w:right w:w="100" w:type="dxa"/>
            </w:tcMar>
          </w:tcPr>
          <w:p w14:paraId="7F1A9603" w14:textId="77777777" w:rsidR="00AB2AAE" w:rsidRDefault="00C50615">
            <w:pPr>
              <w:spacing w:after="40"/>
            </w:pPr>
            <w:r>
              <w:rPr>
                <w:b/>
                <w:sz w:val="17"/>
              </w:rPr>
              <w:t>3. Informed Consent</w:t>
            </w:r>
          </w:p>
        </w:tc>
        <w:tc>
          <w:tcPr>
            <w:tcW w:w="7056" w:type="dxa"/>
            <w:tcMar>
              <w:top w:w="90" w:type="dxa"/>
              <w:left w:w="100" w:type="dxa"/>
              <w:bottom w:w="90" w:type="dxa"/>
              <w:right w:w="100" w:type="dxa"/>
            </w:tcMar>
          </w:tcPr>
          <w:p w14:paraId="39F9FA49" w14:textId="77777777" w:rsidR="00AB2AAE" w:rsidRDefault="00C50615">
            <w:pPr>
              <w:spacing w:after="40"/>
            </w:pPr>
            <w:r>
              <w:rPr>
                <w:sz w:val="17"/>
              </w:rPr>
              <w:t>For studies involving identifiable human participants or data requiring consent, confirm that informed consent was obtained. If consent was not required, state: “Not applicable.”</w:t>
            </w:r>
            <w:r>
              <w:rPr>
                <w:sz w:val="17"/>
              </w:rPr>
              <w:br/>
            </w:r>
            <w:r>
              <w:rPr>
                <w:sz w:val="17"/>
              </w:rPr>
              <w:br/>
            </w:r>
            <w:r>
              <w:rPr>
                <w:sz w:val="17"/>
              </w:rPr>
              <w:lastRenderedPageBreak/>
              <w:t>Author statement: ________________________________________________</w:t>
            </w:r>
            <w:r>
              <w:rPr>
                <w:sz w:val="17"/>
              </w:rPr>
              <w:br/>
              <w:t>__________________________________________________________________</w:t>
            </w:r>
          </w:p>
        </w:tc>
      </w:tr>
      <w:tr w:rsidR="00AB2AAE" w14:paraId="7B08BE68" w14:textId="77777777">
        <w:trPr>
          <w:jc w:val="center"/>
        </w:trPr>
        <w:tc>
          <w:tcPr>
            <w:tcW w:w="3168" w:type="dxa"/>
            <w:shd w:val="clear" w:color="auto" w:fill="D9EAF7"/>
            <w:tcMar>
              <w:top w:w="90" w:type="dxa"/>
              <w:left w:w="100" w:type="dxa"/>
              <w:bottom w:w="90" w:type="dxa"/>
              <w:right w:w="100" w:type="dxa"/>
            </w:tcMar>
          </w:tcPr>
          <w:p w14:paraId="1130E284" w14:textId="77777777" w:rsidR="00AB2AAE" w:rsidRDefault="00C50615">
            <w:pPr>
              <w:spacing w:after="40"/>
            </w:pPr>
            <w:r>
              <w:rPr>
                <w:b/>
                <w:sz w:val="17"/>
              </w:rPr>
              <w:lastRenderedPageBreak/>
              <w:t>4. Author Contributions</w:t>
            </w:r>
          </w:p>
        </w:tc>
        <w:tc>
          <w:tcPr>
            <w:tcW w:w="7056" w:type="dxa"/>
            <w:tcMar>
              <w:top w:w="90" w:type="dxa"/>
              <w:left w:w="100" w:type="dxa"/>
              <w:bottom w:w="90" w:type="dxa"/>
              <w:right w:w="100" w:type="dxa"/>
            </w:tcMar>
          </w:tcPr>
          <w:p w14:paraId="1B6E8C4A" w14:textId="77777777" w:rsidR="00AB2AAE" w:rsidRDefault="00C50615">
            <w:pPr>
              <w:spacing w:after="40"/>
            </w:pPr>
            <w:r>
              <w:rPr>
                <w:sz w:val="17"/>
              </w:rPr>
              <w:t>Describe each author’s contribution using initials. The CRediT roles may be used where appropriate (e.g., Conceptualization, Methodology, Software, Validation, Investigation, Data Curation, Writing—Original Draft, Writing—Review &amp; Editing, Visualization, Supervision, Project Administration, Funding Acquisition). All authors must approve the final manuscript and accept responsibility for their contributions.</w:t>
            </w:r>
            <w:r>
              <w:rPr>
                <w:sz w:val="17"/>
              </w:rPr>
              <w:br/>
            </w:r>
            <w:r>
              <w:rPr>
                <w:sz w:val="17"/>
              </w:rPr>
              <w:br/>
              <w:t>Author statement: ________________________________________________</w:t>
            </w:r>
            <w:r>
              <w:rPr>
                <w:sz w:val="17"/>
              </w:rPr>
              <w:br/>
              <w:t>__________________________________________________________________</w:t>
            </w:r>
          </w:p>
        </w:tc>
      </w:tr>
      <w:tr w:rsidR="00AB2AAE" w14:paraId="0FD7CC5C" w14:textId="77777777">
        <w:trPr>
          <w:jc w:val="center"/>
        </w:trPr>
        <w:tc>
          <w:tcPr>
            <w:tcW w:w="3168" w:type="dxa"/>
            <w:shd w:val="clear" w:color="auto" w:fill="D9EAF7"/>
            <w:tcMar>
              <w:top w:w="90" w:type="dxa"/>
              <w:left w:w="100" w:type="dxa"/>
              <w:bottom w:w="90" w:type="dxa"/>
              <w:right w:w="100" w:type="dxa"/>
            </w:tcMar>
          </w:tcPr>
          <w:p w14:paraId="197D9F95" w14:textId="77777777" w:rsidR="00AB2AAE" w:rsidRDefault="00C50615">
            <w:pPr>
              <w:spacing w:after="40"/>
            </w:pPr>
            <w:r>
              <w:rPr>
                <w:b/>
                <w:sz w:val="17"/>
              </w:rPr>
              <w:t>5. Use of Large Language Models, Artificial Intelligence, and Machine-Learning Tools</w:t>
            </w:r>
          </w:p>
        </w:tc>
        <w:tc>
          <w:tcPr>
            <w:tcW w:w="7056" w:type="dxa"/>
            <w:tcMar>
              <w:top w:w="90" w:type="dxa"/>
              <w:left w:w="100" w:type="dxa"/>
              <w:bottom w:w="90" w:type="dxa"/>
              <w:right w:w="100" w:type="dxa"/>
            </w:tcMar>
          </w:tcPr>
          <w:p w14:paraId="035FDE17" w14:textId="77777777" w:rsidR="00AB2AAE" w:rsidRDefault="00C50615">
            <w:pPr>
              <w:spacing w:after="40"/>
            </w:pPr>
            <w:r>
              <w:rPr>
                <w:sz w:val="17"/>
              </w:rPr>
              <w:t>Declare whether any generative AI, LLM, or related tool was used in preparing the manuscript. If used, identify the tool and explain the purpose (e.g., language improvement, coding assistance, data processing, or figure enhancement). Authors remain fully responsible for the scientific content, accuracy, citations, and originality. If none were used, state: “None declared.”</w:t>
            </w:r>
            <w:r>
              <w:rPr>
                <w:sz w:val="17"/>
              </w:rPr>
              <w:br/>
            </w:r>
            <w:r>
              <w:rPr>
                <w:sz w:val="17"/>
              </w:rPr>
              <w:br/>
              <w:t>Author statement: ________________________________________________</w:t>
            </w:r>
            <w:r>
              <w:rPr>
                <w:sz w:val="17"/>
              </w:rPr>
              <w:br/>
              <w:t>__________________________________________________________________</w:t>
            </w:r>
          </w:p>
        </w:tc>
      </w:tr>
      <w:tr w:rsidR="00AB2AAE" w14:paraId="5047D02E" w14:textId="77777777">
        <w:trPr>
          <w:jc w:val="center"/>
        </w:trPr>
        <w:tc>
          <w:tcPr>
            <w:tcW w:w="3168" w:type="dxa"/>
            <w:shd w:val="clear" w:color="auto" w:fill="D9EAF7"/>
            <w:tcMar>
              <w:top w:w="90" w:type="dxa"/>
              <w:left w:w="100" w:type="dxa"/>
              <w:bottom w:w="90" w:type="dxa"/>
              <w:right w:w="100" w:type="dxa"/>
            </w:tcMar>
          </w:tcPr>
          <w:p w14:paraId="64C79B25" w14:textId="77777777" w:rsidR="00AB2AAE" w:rsidRDefault="00C50615">
            <w:pPr>
              <w:spacing w:after="40"/>
            </w:pPr>
            <w:r>
              <w:rPr>
                <w:b/>
                <w:sz w:val="17"/>
              </w:rPr>
              <w:t>6. Conflict of Interest</w:t>
            </w:r>
          </w:p>
        </w:tc>
        <w:tc>
          <w:tcPr>
            <w:tcW w:w="7056" w:type="dxa"/>
            <w:tcMar>
              <w:top w:w="90" w:type="dxa"/>
              <w:left w:w="100" w:type="dxa"/>
              <w:bottom w:w="90" w:type="dxa"/>
              <w:right w:w="100" w:type="dxa"/>
            </w:tcMar>
          </w:tcPr>
          <w:p w14:paraId="5897BD58" w14:textId="77777777" w:rsidR="00AB2AAE" w:rsidRDefault="00C50615">
            <w:pPr>
              <w:spacing w:after="40"/>
            </w:pPr>
            <w:r>
              <w:rPr>
                <w:sz w:val="17"/>
              </w:rPr>
              <w:t>Disclose any financial, personal, professional, institutional, or other relationship that could reasonably be perceived to influence the work. If none exist, state: “The authors declare no conflict of interest.”</w:t>
            </w:r>
            <w:r>
              <w:rPr>
                <w:sz w:val="17"/>
              </w:rPr>
              <w:br/>
            </w:r>
            <w:r>
              <w:rPr>
                <w:sz w:val="17"/>
              </w:rPr>
              <w:br/>
              <w:t>Author statement: ________________________________________________</w:t>
            </w:r>
            <w:r>
              <w:rPr>
                <w:sz w:val="17"/>
              </w:rPr>
              <w:br/>
              <w:t>__________________________________________________________________</w:t>
            </w:r>
          </w:p>
        </w:tc>
      </w:tr>
      <w:tr w:rsidR="00AB2AAE" w14:paraId="0CBD4135" w14:textId="77777777">
        <w:trPr>
          <w:jc w:val="center"/>
        </w:trPr>
        <w:tc>
          <w:tcPr>
            <w:tcW w:w="3168" w:type="dxa"/>
            <w:shd w:val="clear" w:color="auto" w:fill="D9EAF7"/>
            <w:tcMar>
              <w:top w:w="90" w:type="dxa"/>
              <w:left w:w="100" w:type="dxa"/>
              <w:bottom w:w="90" w:type="dxa"/>
              <w:right w:w="100" w:type="dxa"/>
            </w:tcMar>
          </w:tcPr>
          <w:p w14:paraId="6E0A4E2C" w14:textId="77777777" w:rsidR="00AB2AAE" w:rsidRDefault="00C50615">
            <w:pPr>
              <w:spacing w:after="40"/>
            </w:pPr>
            <w:r>
              <w:rPr>
                <w:b/>
                <w:sz w:val="17"/>
              </w:rPr>
              <w:t>7. Funding</w:t>
            </w:r>
          </w:p>
        </w:tc>
        <w:tc>
          <w:tcPr>
            <w:tcW w:w="7056" w:type="dxa"/>
            <w:tcMar>
              <w:top w:w="90" w:type="dxa"/>
              <w:left w:w="100" w:type="dxa"/>
              <w:bottom w:w="90" w:type="dxa"/>
              <w:right w:w="100" w:type="dxa"/>
            </w:tcMar>
          </w:tcPr>
          <w:p w14:paraId="1C65E98B" w14:textId="77777777" w:rsidR="00AB2AAE" w:rsidRDefault="00C50615">
            <w:pPr>
              <w:spacing w:after="40"/>
            </w:pPr>
            <w:r>
              <w:rPr>
                <w:sz w:val="17"/>
              </w:rPr>
              <w:t>Identify all financial support, funding agencies, and grant numbers. If the research received no external funding, state: “This research received no external funding.”</w:t>
            </w:r>
            <w:r>
              <w:rPr>
                <w:sz w:val="17"/>
              </w:rPr>
              <w:br/>
            </w:r>
            <w:r>
              <w:rPr>
                <w:sz w:val="17"/>
              </w:rPr>
              <w:br/>
              <w:t>Author statement: ________________________________________________</w:t>
            </w:r>
            <w:r>
              <w:rPr>
                <w:sz w:val="17"/>
              </w:rPr>
              <w:br/>
              <w:t>__________________________________________________________________</w:t>
            </w:r>
          </w:p>
        </w:tc>
      </w:tr>
      <w:tr w:rsidR="00AB2AAE" w14:paraId="18B93B37" w14:textId="77777777">
        <w:trPr>
          <w:jc w:val="center"/>
        </w:trPr>
        <w:tc>
          <w:tcPr>
            <w:tcW w:w="3168" w:type="dxa"/>
            <w:shd w:val="clear" w:color="auto" w:fill="D9EAF7"/>
            <w:tcMar>
              <w:top w:w="90" w:type="dxa"/>
              <w:left w:w="100" w:type="dxa"/>
              <w:bottom w:w="90" w:type="dxa"/>
              <w:right w:w="100" w:type="dxa"/>
            </w:tcMar>
          </w:tcPr>
          <w:p w14:paraId="537B3B36" w14:textId="77777777" w:rsidR="00AB2AAE" w:rsidRDefault="00C50615">
            <w:pPr>
              <w:spacing w:after="40"/>
            </w:pPr>
            <w:r>
              <w:rPr>
                <w:b/>
                <w:sz w:val="17"/>
              </w:rPr>
              <w:t>8. Data Availability</w:t>
            </w:r>
          </w:p>
        </w:tc>
        <w:tc>
          <w:tcPr>
            <w:tcW w:w="7056" w:type="dxa"/>
            <w:tcMar>
              <w:top w:w="90" w:type="dxa"/>
              <w:left w:w="100" w:type="dxa"/>
              <w:bottom w:w="90" w:type="dxa"/>
              <w:right w:w="100" w:type="dxa"/>
            </w:tcMar>
          </w:tcPr>
          <w:p w14:paraId="399B5FDC" w14:textId="77777777" w:rsidR="00AB2AAE" w:rsidRDefault="00C50615">
            <w:pPr>
              <w:spacing w:after="40"/>
            </w:pPr>
            <w:r>
              <w:rPr>
                <w:sz w:val="17"/>
              </w:rPr>
              <w:t>State where the data supporting the findings can be accessed, including repository name and persistent identifier where applicable. If restrictions apply, explain them. If the study does not involve research data, state: “Not applicable.”</w:t>
            </w:r>
            <w:r>
              <w:rPr>
                <w:sz w:val="17"/>
              </w:rPr>
              <w:br/>
            </w:r>
            <w:r>
              <w:rPr>
                <w:sz w:val="17"/>
              </w:rPr>
              <w:br/>
              <w:t>Author statement: ________________________________________________</w:t>
            </w:r>
            <w:r>
              <w:rPr>
                <w:sz w:val="17"/>
              </w:rPr>
              <w:br/>
              <w:t>__________________________________________________________________</w:t>
            </w:r>
          </w:p>
        </w:tc>
      </w:tr>
      <w:tr w:rsidR="00AB2AAE" w14:paraId="38166644" w14:textId="77777777">
        <w:trPr>
          <w:jc w:val="center"/>
        </w:trPr>
        <w:tc>
          <w:tcPr>
            <w:tcW w:w="3168" w:type="dxa"/>
            <w:shd w:val="clear" w:color="auto" w:fill="D9EAF7"/>
            <w:tcMar>
              <w:top w:w="90" w:type="dxa"/>
              <w:left w:w="100" w:type="dxa"/>
              <w:bottom w:w="90" w:type="dxa"/>
              <w:right w:w="100" w:type="dxa"/>
            </w:tcMar>
          </w:tcPr>
          <w:p w14:paraId="15215A9D" w14:textId="77777777" w:rsidR="00AB2AAE" w:rsidRDefault="00C50615">
            <w:pPr>
              <w:spacing w:after="40"/>
            </w:pPr>
            <w:r>
              <w:rPr>
                <w:b/>
                <w:sz w:val="17"/>
              </w:rPr>
              <w:t>9. Software / Code Availability</w:t>
            </w:r>
          </w:p>
        </w:tc>
        <w:tc>
          <w:tcPr>
            <w:tcW w:w="7056" w:type="dxa"/>
            <w:tcMar>
              <w:top w:w="90" w:type="dxa"/>
              <w:left w:w="100" w:type="dxa"/>
              <w:bottom w:w="90" w:type="dxa"/>
              <w:right w:w="100" w:type="dxa"/>
            </w:tcMar>
          </w:tcPr>
          <w:p w14:paraId="3B9E0444" w14:textId="77777777" w:rsidR="00AB2AAE" w:rsidRDefault="00C50615">
            <w:pPr>
              <w:spacing w:after="40"/>
            </w:pPr>
            <w:r>
              <w:rPr>
                <w:sz w:val="17"/>
              </w:rPr>
              <w:t>Where custom software, scripts, algorithms, or code are central to the study, state whether they are publicly available and provide a repository or access statement. If not applicable, state: “Not applicable.”</w:t>
            </w:r>
            <w:r>
              <w:rPr>
                <w:sz w:val="17"/>
              </w:rPr>
              <w:br/>
            </w:r>
            <w:r>
              <w:rPr>
                <w:sz w:val="17"/>
              </w:rPr>
              <w:br/>
              <w:t>Author statement: ________________________________________________</w:t>
            </w:r>
            <w:r>
              <w:rPr>
                <w:sz w:val="17"/>
              </w:rPr>
              <w:br/>
              <w:t>__________________________________________________________________</w:t>
            </w:r>
          </w:p>
        </w:tc>
      </w:tr>
      <w:tr w:rsidR="00AB2AAE" w14:paraId="2575CA9F" w14:textId="77777777">
        <w:trPr>
          <w:jc w:val="center"/>
        </w:trPr>
        <w:tc>
          <w:tcPr>
            <w:tcW w:w="3168" w:type="dxa"/>
            <w:shd w:val="clear" w:color="auto" w:fill="D9EAF7"/>
            <w:tcMar>
              <w:top w:w="90" w:type="dxa"/>
              <w:left w:w="100" w:type="dxa"/>
              <w:bottom w:w="90" w:type="dxa"/>
              <w:right w:w="100" w:type="dxa"/>
            </w:tcMar>
          </w:tcPr>
          <w:p w14:paraId="4E5E1612" w14:textId="77777777" w:rsidR="00AB2AAE" w:rsidRDefault="00C50615">
            <w:pPr>
              <w:spacing w:after="40"/>
            </w:pPr>
            <w:r>
              <w:rPr>
                <w:b/>
                <w:sz w:val="17"/>
              </w:rPr>
              <w:t>10. Originality and Prior Publication</w:t>
            </w:r>
          </w:p>
        </w:tc>
        <w:tc>
          <w:tcPr>
            <w:tcW w:w="7056" w:type="dxa"/>
            <w:tcMar>
              <w:top w:w="90" w:type="dxa"/>
              <w:left w:w="100" w:type="dxa"/>
              <w:bottom w:w="90" w:type="dxa"/>
              <w:right w:w="100" w:type="dxa"/>
            </w:tcMar>
          </w:tcPr>
          <w:p w14:paraId="0A818270" w14:textId="77777777" w:rsidR="00AB2AAE" w:rsidRDefault="00C50615">
            <w:pPr>
              <w:spacing w:after="40"/>
            </w:pPr>
            <w:r>
              <w:rPr>
                <w:sz w:val="17"/>
              </w:rPr>
              <w:t>Confirm that the manuscript is original, has not been published previously in substantially the same form, and is not under consideration by another journal. Any related preprint, conference paper, thesis, or overlapping publication should be disclosed and cited as appropriate.</w:t>
            </w:r>
            <w:r>
              <w:rPr>
                <w:sz w:val="17"/>
              </w:rPr>
              <w:br/>
            </w:r>
            <w:r>
              <w:rPr>
                <w:sz w:val="17"/>
              </w:rPr>
              <w:br/>
              <w:t>Author statement: ________________________________________________</w:t>
            </w:r>
            <w:r>
              <w:rPr>
                <w:sz w:val="17"/>
              </w:rPr>
              <w:br/>
              <w:t>__________________________________________________________________</w:t>
            </w:r>
          </w:p>
        </w:tc>
      </w:tr>
      <w:tr w:rsidR="00AB2AAE" w14:paraId="28CA21C7" w14:textId="77777777">
        <w:trPr>
          <w:jc w:val="center"/>
        </w:trPr>
        <w:tc>
          <w:tcPr>
            <w:tcW w:w="3168" w:type="dxa"/>
            <w:shd w:val="clear" w:color="auto" w:fill="D9EAF7"/>
            <w:tcMar>
              <w:top w:w="90" w:type="dxa"/>
              <w:left w:w="100" w:type="dxa"/>
              <w:bottom w:w="90" w:type="dxa"/>
              <w:right w:w="100" w:type="dxa"/>
            </w:tcMar>
          </w:tcPr>
          <w:p w14:paraId="32EAF7A0" w14:textId="77777777" w:rsidR="00AB2AAE" w:rsidRDefault="00C50615">
            <w:pPr>
              <w:spacing w:after="40"/>
            </w:pPr>
            <w:r>
              <w:rPr>
                <w:b/>
                <w:sz w:val="17"/>
              </w:rPr>
              <w:lastRenderedPageBreak/>
              <w:t>11. Permissions for Third-Party Material</w:t>
            </w:r>
          </w:p>
        </w:tc>
        <w:tc>
          <w:tcPr>
            <w:tcW w:w="7056" w:type="dxa"/>
            <w:tcMar>
              <w:top w:w="90" w:type="dxa"/>
              <w:left w:w="100" w:type="dxa"/>
              <w:bottom w:w="90" w:type="dxa"/>
              <w:right w:w="100" w:type="dxa"/>
            </w:tcMar>
          </w:tcPr>
          <w:p w14:paraId="7B2A8200" w14:textId="77777777" w:rsidR="00AB2AAE" w:rsidRDefault="00C50615">
            <w:pPr>
              <w:spacing w:after="40"/>
            </w:pPr>
            <w:r>
              <w:rPr>
                <w:sz w:val="17"/>
              </w:rPr>
              <w:t>Confirm that permission has been obtained for any copyrighted figures, tables, photographs, maps, questionnaires, or other third-party material requiring permission. If no such material is used, state: “Not applicable.”</w:t>
            </w:r>
            <w:r>
              <w:rPr>
                <w:sz w:val="17"/>
              </w:rPr>
              <w:br/>
            </w:r>
            <w:r>
              <w:rPr>
                <w:sz w:val="17"/>
              </w:rPr>
              <w:br/>
              <w:t>Author statement: ________________________________________________</w:t>
            </w:r>
            <w:r>
              <w:rPr>
                <w:sz w:val="17"/>
              </w:rPr>
              <w:br/>
              <w:t>__________________________________________________________________</w:t>
            </w:r>
          </w:p>
        </w:tc>
      </w:tr>
      <w:tr w:rsidR="00AB2AAE" w14:paraId="438D4668" w14:textId="77777777">
        <w:trPr>
          <w:jc w:val="center"/>
        </w:trPr>
        <w:tc>
          <w:tcPr>
            <w:tcW w:w="3168" w:type="dxa"/>
            <w:shd w:val="clear" w:color="auto" w:fill="D9EAF7"/>
            <w:tcMar>
              <w:top w:w="90" w:type="dxa"/>
              <w:left w:w="100" w:type="dxa"/>
              <w:bottom w:w="90" w:type="dxa"/>
              <w:right w:w="100" w:type="dxa"/>
            </w:tcMar>
          </w:tcPr>
          <w:p w14:paraId="6D7E98CC" w14:textId="77777777" w:rsidR="00AB2AAE" w:rsidRDefault="00C50615">
            <w:pPr>
              <w:spacing w:after="40"/>
            </w:pPr>
            <w:r>
              <w:rPr>
                <w:b/>
                <w:sz w:val="17"/>
              </w:rPr>
              <w:t>12. Author Approval and Accountability</w:t>
            </w:r>
          </w:p>
        </w:tc>
        <w:tc>
          <w:tcPr>
            <w:tcW w:w="7056" w:type="dxa"/>
            <w:tcMar>
              <w:top w:w="90" w:type="dxa"/>
              <w:left w:w="100" w:type="dxa"/>
              <w:bottom w:w="90" w:type="dxa"/>
              <w:right w:w="100" w:type="dxa"/>
            </w:tcMar>
          </w:tcPr>
          <w:p w14:paraId="2CB8AB38" w14:textId="77777777" w:rsidR="00AB2AAE" w:rsidRDefault="00C50615">
            <w:pPr>
              <w:spacing w:after="40"/>
            </w:pPr>
            <w:r>
              <w:rPr>
                <w:sz w:val="17"/>
              </w:rPr>
              <w:t>Confirm that all listed authors have reviewed and approved the submitted version, agree to its submission to JEASD, and accept accountability for the integrity of the work.</w:t>
            </w:r>
            <w:r>
              <w:rPr>
                <w:sz w:val="17"/>
              </w:rPr>
              <w:br/>
            </w:r>
            <w:r>
              <w:rPr>
                <w:sz w:val="17"/>
              </w:rPr>
              <w:br/>
              <w:t>Author statement: ________________________________________________</w:t>
            </w:r>
            <w:r>
              <w:rPr>
                <w:sz w:val="17"/>
              </w:rPr>
              <w:br/>
              <w:t>__________________________________________________________________</w:t>
            </w:r>
          </w:p>
        </w:tc>
      </w:tr>
    </w:tbl>
    <w:p w14:paraId="1DD2CD10" w14:textId="77777777" w:rsidR="00AB2AAE" w:rsidRDefault="00AB2AAE"/>
    <w:p w14:paraId="3B11AB04" w14:textId="77777777" w:rsidR="00AB2AAE" w:rsidRDefault="00C50615">
      <w:pPr>
        <w:pStyle w:val="JEASDHeading"/>
        <w:keepNext/>
      </w:pPr>
      <w:r>
        <w:t>D. Additional Declarations (Complete if Applicable)</w:t>
      </w:r>
    </w:p>
    <w:p w14:paraId="2FDA87E1" w14:textId="77777777" w:rsidR="00AB2AAE" w:rsidRDefault="00C50615">
      <w:r>
        <w:t>Authors may add any other relevant declaration, including: role of sponsor; employment or leadership; consulting or advisory role; honoraria; patents; intellectual property; clinical or trial registration; use of restricted datasets; competing commercial interests; or any other circumstance requiring transparency.</w:t>
      </w:r>
    </w:p>
    <w:tbl>
      <w:tblPr>
        <w:tblStyle w:val="TableGrid"/>
        <w:tblW w:w="0" w:type="auto"/>
        <w:tblLook w:val="04A0" w:firstRow="1" w:lastRow="0" w:firstColumn="1" w:lastColumn="0" w:noHBand="0" w:noVBand="1"/>
      </w:tblPr>
      <w:tblGrid>
        <w:gridCol w:w="5035"/>
        <w:gridCol w:w="5035"/>
      </w:tblGrid>
      <w:tr w:rsidR="00AB2AAE" w14:paraId="551E2308" w14:textId="77777777">
        <w:tc>
          <w:tcPr>
            <w:tcW w:w="5040" w:type="dxa"/>
            <w:shd w:val="clear" w:color="auto" w:fill="D9EAF7"/>
            <w:tcMar>
              <w:top w:w="80" w:type="dxa"/>
              <w:left w:w="90" w:type="dxa"/>
              <w:bottom w:w="80" w:type="dxa"/>
              <w:right w:w="90" w:type="dxa"/>
            </w:tcMar>
          </w:tcPr>
          <w:p w14:paraId="6D9B8AE4" w14:textId="77777777" w:rsidR="00AB2AAE" w:rsidRDefault="00C50615">
            <w:r>
              <w:rPr>
                <w:b/>
                <w:sz w:val="19"/>
              </w:rPr>
              <w:t>Declaration type</w:t>
            </w:r>
          </w:p>
        </w:tc>
        <w:tc>
          <w:tcPr>
            <w:tcW w:w="5040" w:type="dxa"/>
            <w:tcMar>
              <w:top w:w="80" w:type="dxa"/>
              <w:left w:w="90" w:type="dxa"/>
              <w:bottom w:w="80" w:type="dxa"/>
              <w:right w:w="90" w:type="dxa"/>
            </w:tcMar>
          </w:tcPr>
          <w:p w14:paraId="032C49F6" w14:textId="77777777" w:rsidR="00AB2AAE" w:rsidRDefault="00C50615">
            <w:r>
              <w:rPr>
                <w:sz w:val="19"/>
              </w:rPr>
              <w:t>Click or tap here to enter text.</w:t>
            </w:r>
          </w:p>
        </w:tc>
      </w:tr>
      <w:tr w:rsidR="00AB2AAE" w14:paraId="69C604CD" w14:textId="77777777">
        <w:tc>
          <w:tcPr>
            <w:tcW w:w="5040" w:type="dxa"/>
            <w:shd w:val="clear" w:color="auto" w:fill="D9EAF7"/>
            <w:tcMar>
              <w:top w:w="80" w:type="dxa"/>
              <w:left w:w="90" w:type="dxa"/>
              <w:bottom w:w="80" w:type="dxa"/>
              <w:right w:w="90" w:type="dxa"/>
            </w:tcMar>
          </w:tcPr>
          <w:p w14:paraId="0032BA63" w14:textId="77777777" w:rsidR="00AB2AAE" w:rsidRDefault="00C50615">
            <w:r>
              <w:rPr>
                <w:b/>
                <w:sz w:val="19"/>
              </w:rPr>
              <w:t>Details</w:t>
            </w:r>
          </w:p>
        </w:tc>
        <w:tc>
          <w:tcPr>
            <w:tcW w:w="5040" w:type="dxa"/>
            <w:tcMar>
              <w:top w:w="80" w:type="dxa"/>
              <w:left w:w="90" w:type="dxa"/>
              <w:bottom w:w="80" w:type="dxa"/>
              <w:right w:w="90" w:type="dxa"/>
            </w:tcMar>
          </w:tcPr>
          <w:p w14:paraId="35250F3A" w14:textId="77777777" w:rsidR="00AB2AAE" w:rsidRDefault="00C50615">
            <w:r>
              <w:rPr>
                <w:sz w:val="19"/>
              </w:rPr>
              <w:t>Click or tap here to enter text.</w:t>
            </w:r>
          </w:p>
        </w:tc>
      </w:tr>
      <w:tr w:rsidR="00AB2AAE" w14:paraId="2CB076E4" w14:textId="77777777">
        <w:tc>
          <w:tcPr>
            <w:tcW w:w="5040" w:type="dxa"/>
            <w:shd w:val="clear" w:color="auto" w:fill="D9EAF7"/>
            <w:tcMar>
              <w:top w:w="80" w:type="dxa"/>
              <w:left w:w="90" w:type="dxa"/>
              <w:bottom w:w="80" w:type="dxa"/>
              <w:right w:w="90" w:type="dxa"/>
            </w:tcMar>
          </w:tcPr>
          <w:p w14:paraId="6CB327CD" w14:textId="77777777" w:rsidR="00AB2AAE" w:rsidRDefault="00C50615">
            <w:r>
              <w:rPr>
                <w:b/>
                <w:sz w:val="19"/>
              </w:rPr>
              <w:t>Supporting reference / identifier (if any)</w:t>
            </w:r>
          </w:p>
        </w:tc>
        <w:tc>
          <w:tcPr>
            <w:tcW w:w="5040" w:type="dxa"/>
            <w:tcMar>
              <w:top w:w="80" w:type="dxa"/>
              <w:left w:w="90" w:type="dxa"/>
              <w:bottom w:w="80" w:type="dxa"/>
              <w:right w:w="90" w:type="dxa"/>
            </w:tcMar>
          </w:tcPr>
          <w:p w14:paraId="300AE2ED" w14:textId="77777777" w:rsidR="00AB2AAE" w:rsidRDefault="00C50615">
            <w:r>
              <w:rPr>
                <w:sz w:val="19"/>
              </w:rPr>
              <w:t>Click or tap here to enter text.</w:t>
            </w:r>
          </w:p>
        </w:tc>
      </w:tr>
      <w:tr w:rsidR="00AB2AAE" w14:paraId="7FF6B072" w14:textId="77777777">
        <w:tc>
          <w:tcPr>
            <w:tcW w:w="5040" w:type="dxa"/>
            <w:shd w:val="clear" w:color="auto" w:fill="D9EAF7"/>
            <w:tcMar>
              <w:top w:w="80" w:type="dxa"/>
              <w:left w:w="90" w:type="dxa"/>
              <w:bottom w:w="80" w:type="dxa"/>
              <w:right w:w="90" w:type="dxa"/>
            </w:tcMar>
          </w:tcPr>
          <w:p w14:paraId="08CDC5AC" w14:textId="77777777" w:rsidR="00AB2AAE" w:rsidRDefault="00C50615">
            <w:r>
              <w:rPr>
                <w:b/>
                <w:sz w:val="19"/>
              </w:rPr>
              <w:t>Additional comments</w:t>
            </w:r>
          </w:p>
        </w:tc>
        <w:tc>
          <w:tcPr>
            <w:tcW w:w="5040" w:type="dxa"/>
            <w:tcMar>
              <w:top w:w="80" w:type="dxa"/>
              <w:left w:w="90" w:type="dxa"/>
              <w:bottom w:w="80" w:type="dxa"/>
              <w:right w:w="90" w:type="dxa"/>
            </w:tcMar>
          </w:tcPr>
          <w:p w14:paraId="59251DD7" w14:textId="77777777" w:rsidR="00AB2AAE" w:rsidRDefault="00C50615">
            <w:r>
              <w:rPr>
                <w:sz w:val="19"/>
              </w:rPr>
              <w:t>Click or tap here to enter text.</w:t>
            </w:r>
          </w:p>
        </w:tc>
      </w:tr>
    </w:tbl>
    <w:p w14:paraId="35DC0278" w14:textId="77777777" w:rsidR="00AB2AAE" w:rsidRDefault="00AB2AAE"/>
    <w:p w14:paraId="54579593" w14:textId="77777777" w:rsidR="00AB2AAE" w:rsidRDefault="00C50615">
      <w:pPr>
        <w:pStyle w:val="JEASDHeading"/>
        <w:keepNext/>
      </w:pPr>
      <w:r>
        <w:t>E. Certification by the Corresponding Author</w:t>
      </w:r>
    </w:p>
    <w:p w14:paraId="3F121C64" w14:textId="77777777" w:rsidR="00AB2AAE" w:rsidRDefault="00C50615">
      <w:r>
        <w:t>I confirm that the declarations provided above are accurate and complete to the best of my knowledge, that all co-authors have reviewed the relevant statements, and that any changes to these declarations will be communicated promptly to the journal.</w:t>
      </w:r>
    </w:p>
    <w:tbl>
      <w:tblPr>
        <w:tblStyle w:val="TableGrid"/>
        <w:tblW w:w="0" w:type="auto"/>
        <w:tblLook w:val="04A0" w:firstRow="1" w:lastRow="0" w:firstColumn="1" w:lastColumn="0" w:noHBand="0" w:noVBand="1"/>
      </w:tblPr>
      <w:tblGrid>
        <w:gridCol w:w="5032"/>
        <w:gridCol w:w="5038"/>
      </w:tblGrid>
      <w:tr w:rsidR="00AB2AAE" w14:paraId="636B0D93" w14:textId="77777777">
        <w:tc>
          <w:tcPr>
            <w:tcW w:w="5040" w:type="dxa"/>
            <w:shd w:val="clear" w:color="auto" w:fill="D9EAF7"/>
            <w:tcMar>
              <w:top w:w="80" w:type="dxa"/>
              <w:left w:w="90" w:type="dxa"/>
              <w:bottom w:w="80" w:type="dxa"/>
              <w:right w:w="90" w:type="dxa"/>
            </w:tcMar>
          </w:tcPr>
          <w:p w14:paraId="34D80910" w14:textId="77777777" w:rsidR="00AB2AAE" w:rsidRDefault="00C50615">
            <w:r>
              <w:rPr>
                <w:b/>
                <w:sz w:val="19"/>
              </w:rPr>
              <w:t>Name of corresponding author</w:t>
            </w:r>
          </w:p>
        </w:tc>
        <w:tc>
          <w:tcPr>
            <w:tcW w:w="5040" w:type="dxa"/>
            <w:tcMar>
              <w:top w:w="80" w:type="dxa"/>
              <w:left w:w="90" w:type="dxa"/>
              <w:bottom w:w="80" w:type="dxa"/>
              <w:right w:w="90" w:type="dxa"/>
            </w:tcMar>
          </w:tcPr>
          <w:p w14:paraId="5EE07165" w14:textId="77777777" w:rsidR="00AB2AAE" w:rsidRDefault="00C50615">
            <w:r>
              <w:rPr>
                <w:sz w:val="19"/>
              </w:rPr>
              <w:t>Click or tap here to enter text.</w:t>
            </w:r>
          </w:p>
        </w:tc>
      </w:tr>
      <w:tr w:rsidR="00AB2AAE" w14:paraId="53E79634" w14:textId="77777777">
        <w:tc>
          <w:tcPr>
            <w:tcW w:w="5040" w:type="dxa"/>
            <w:shd w:val="clear" w:color="auto" w:fill="D9EAF7"/>
            <w:tcMar>
              <w:top w:w="80" w:type="dxa"/>
              <w:left w:w="90" w:type="dxa"/>
              <w:bottom w:w="80" w:type="dxa"/>
              <w:right w:w="90" w:type="dxa"/>
            </w:tcMar>
          </w:tcPr>
          <w:p w14:paraId="1CF4B119" w14:textId="77777777" w:rsidR="00AB2AAE" w:rsidRDefault="00C50615">
            <w:r>
              <w:rPr>
                <w:b/>
                <w:sz w:val="19"/>
              </w:rPr>
              <w:t>Signature (if required)</w:t>
            </w:r>
          </w:p>
        </w:tc>
        <w:tc>
          <w:tcPr>
            <w:tcW w:w="5040" w:type="dxa"/>
            <w:tcMar>
              <w:top w:w="80" w:type="dxa"/>
              <w:left w:w="90" w:type="dxa"/>
              <w:bottom w:w="80" w:type="dxa"/>
              <w:right w:w="90" w:type="dxa"/>
            </w:tcMar>
          </w:tcPr>
          <w:p w14:paraId="723AC6C0" w14:textId="77777777" w:rsidR="00AB2AAE" w:rsidRDefault="00C50615">
            <w:r>
              <w:rPr>
                <w:sz w:val="19"/>
              </w:rPr>
              <w:t>________________________________________</w:t>
            </w:r>
          </w:p>
        </w:tc>
      </w:tr>
      <w:tr w:rsidR="00AB2AAE" w14:paraId="7F9AD2CC" w14:textId="77777777">
        <w:tc>
          <w:tcPr>
            <w:tcW w:w="5040" w:type="dxa"/>
            <w:shd w:val="clear" w:color="auto" w:fill="D9EAF7"/>
            <w:tcMar>
              <w:top w:w="80" w:type="dxa"/>
              <w:left w:w="90" w:type="dxa"/>
              <w:bottom w:w="80" w:type="dxa"/>
              <w:right w:w="90" w:type="dxa"/>
            </w:tcMar>
          </w:tcPr>
          <w:p w14:paraId="767A3CCD" w14:textId="77777777" w:rsidR="00AB2AAE" w:rsidRDefault="00C50615">
            <w:r>
              <w:rPr>
                <w:b/>
                <w:sz w:val="19"/>
              </w:rPr>
              <w:t>Date</w:t>
            </w:r>
          </w:p>
        </w:tc>
        <w:tc>
          <w:tcPr>
            <w:tcW w:w="5040" w:type="dxa"/>
            <w:tcMar>
              <w:top w:w="80" w:type="dxa"/>
              <w:left w:w="90" w:type="dxa"/>
              <w:bottom w:w="80" w:type="dxa"/>
              <w:right w:w="90" w:type="dxa"/>
            </w:tcMar>
          </w:tcPr>
          <w:p w14:paraId="4A7B849A" w14:textId="77777777" w:rsidR="00AB2AAE" w:rsidRDefault="00C50615">
            <w:r>
              <w:rPr>
                <w:sz w:val="19"/>
              </w:rPr>
              <w:t>Click or tap here to enter text.</w:t>
            </w:r>
          </w:p>
        </w:tc>
      </w:tr>
    </w:tbl>
    <w:p w14:paraId="7195C78E" w14:textId="77777777" w:rsidR="00C50615" w:rsidRDefault="00C50615">
      <w:pPr>
        <w:rPr>
          <w:rtl/>
          <w:lang w:bidi="ar-IQ"/>
        </w:rPr>
      </w:pPr>
    </w:p>
    <w:sectPr w:rsidR="00C50615" w:rsidSect="00AD333D">
      <w:headerReference w:type="even" r:id="rId8"/>
      <w:headerReference w:type="default" r:id="rId9"/>
      <w:footerReference w:type="even" r:id="rId10"/>
      <w:footerReference w:type="default" r:id="rId11"/>
      <w:headerReference w:type="first" r:id="rId12"/>
      <w:footerReference w:type="first" r:id="rId13"/>
      <w:pgSz w:w="12240" w:h="15840"/>
      <w:pgMar w:top="936" w:right="1080" w:bottom="936" w:left="108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3C864" w14:textId="77777777" w:rsidR="005A357D" w:rsidRDefault="005A357D">
      <w:pPr>
        <w:spacing w:after="0" w:line="240" w:lineRule="auto"/>
      </w:pPr>
      <w:r>
        <w:separator/>
      </w:r>
    </w:p>
  </w:endnote>
  <w:endnote w:type="continuationSeparator" w:id="0">
    <w:p w14:paraId="67AF571D" w14:textId="77777777" w:rsidR="005A357D" w:rsidRDefault="005A3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8963C" w14:textId="77777777" w:rsidR="00AD333D" w:rsidRDefault="00AD33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FA091" w14:textId="21C68B19" w:rsidR="00AB2AAE" w:rsidRDefault="00AB2AAE">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86B06" w14:textId="77777777" w:rsidR="00AD333D" w:rsidRDefault="00AD33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8F4C8" w14:textId="77777777" w:rsidR="005A357D" w:rsidRDefault="005A357D">
      <w:pPr>
        <w:spacing w:after="0" w:line="240" w:lineRule="auto"/>
      </w:pPr>
      <w:r>
        <w:separator/>
      </w:r>
    </w:p>
  </w:footnote>
  <w:footnote w:type="continuationSeparator" w:id="0">
    <w:p w14:paraId="5981DF2E" w14:textId="77777777" w:rsidR="005A357D" w:rsidRDefault="005A35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77C6D" w14:textId="77777777" w:rsidR="00AD333D" w:rsidRDefault="00AD33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0BD26" w14:textId="231654C3" w:rsidR="00AD333D" w:rsidRPr="00AD333D" w:rsidRDefault="00AD333D" w:rsidP="00AD333D">
    <w:pPr>
      <w:pStyle w:val="Header"/>
      <w:ind w:left="-851" w:firstLine="284"/>
    </w:pPr>
    <w:r w:rsidRPr="00AD333D">
      <w:rPr>
        <w:noProof/>
      </w:rPr>
      <w:drawing>
        <wp:inline distT="0" distB="0" distL="0" distR="0" wp14:anchorId="2ABE93D5" wp14:editId="774A9F8C">
          <wp:extent cx="7147560" cy="2203328"/>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325628" cy="22582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E2E6D" w14:textId="77777777" w:rsidR="00AD333D" w:rsidRDefault="00AD33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5856477">
    <w:abstractNumId w:val="8"/>
  </w:num>
  <w:num w:numId="2" w16cid:durableId="1452171406">
    <w:abstractNumId w:val="6"/>
  </w:num>
  <w:num w:numId="3" w16cid:durableId="1530145076">
    <w:abstractNumId w:val="5"/>
  </w:num>
  <w:num w:numId="4" w16cid:durableId="477116296">
    <w:abstractNumId w:val="4"/>
  </w:num>
  <w:num w:numId="5" w16cid:durableId="297104235">
    <w:abstractNumId w:val="7"/>
  </w:num>
  <w:num w:numId="6" w16cid:durableId="1742173885">
    <w:abstractNumId w:val="3"/>
  </w:num>
  <w:num w:numId="7" w16cid:durableId="528952246">
    <w:abstractNumId w:val="2"/>
  </w:num>
  <w:num w:numId="8" w16cid:durableId="170024855">
    <w:abstractNumId w:val="1"/>
  </w:num>
  <w:num w:numId="9" w16cid:durableId="1526941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YwNTawMLCwNDIzMTFQ0lEKTi0uzszPAykwrAUAPwdRzywAAAA="/>
  </w:docVars>
  <w:rsids>
    <w:rsidRoot w:val="00B47730"/>
    <w:rsid w:val="00034616"/>
    <w:rsid w:val="0006063C"/>
    <w:rsid w:val="0015074B"/>
    <w:rsid w:val="0029639D"/>
    <w:rsid w:val="002B6A65"/>
    <w:rsid w:val="00326F90"/>
    <w:rsid w:val="003B1BB7"/>
    <w:rsid w:val="00593BF9"/>
    <w:rsid w:val="005A357D"/>
    <w:rsid w:val="00AA1D8D"/>
    <w:rsid w:val="00AB2AAE"/>
    <w:rsid w:val="00AD333D"/>
    <w:rsid w:val="00B47730"/>
    <w:rsid w:val="00C5061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8F1617"/>
  <w14:defaultImageDpi w14:val="300"/>
  <w15:docId w15:val="{59DFE6C2-E040-4FCD-A686-D73FB4D5B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EASDTitle">
    <w:name w:val="JEASD Title"/>
    <w:rPr>
      <w:rFonts w:ascii="Times New Roman" w:eastAsia="Times New Roman" w:hAnsi="Times New Roman"/>
      <w:b/>
      <w:color w:val="1F4E79"/>
      <w:sz w:val="30"/>
    </w:rPr>
  </w:style>
  <w:style w:type="paragraph" w:customStyle="1" w:styleId="JEASDSubtitle">
    <w:name w:val="JEASD Subtitle"/>
    <w:rPr>
      <w:rFonts w:ascii="Times New Roman" w:eastAsia="Times New Roman" w:hAnsi="Times New Roman"/>
      <w:b/>
      <w:color w:val="404040"/>
    </w:rPr>
  </w:style>
  <w:style w:type="paragraph" w:customStyle="1" w:styleId="JEASDHeading">
    <w:name w:val="JEASD Heading"/>
    <w:rPr>
      <w:rFonts w:ascii="Times New Roman" w:eastAsia="Times New Roman" w:hAnsi="Times New Roman"/>
      <w:b/>
      <w:color w:val="1F4E79"/>
    </w:rPr>
  </w:style>
  <w:style w:type="paragraph" w:customStyle="1" w:styleId="JEASDSmall">
    <w:name w:val="JEASD Small"/>
    <w:rPr>
      <w:rFonts w:ascii="Times New Roman" w:eastAsia="Times New Roman" w:hAnsi="Times New Roman"/>
      <w:color w:val="666666"/>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1061</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Ghalib</cp:lastModifiedBy>
  <cp:revision>2</cp:revision>
  <dcterms:created xsi:type="dcterms:W3CDTF">2026-09-14T09:52:00Z</dcterms:created>
  <dcterms:modified xsi:type="dcterms:W3CDTF">2026-09-14T09:52:00Z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d53066fc-4627-4546-b26f-f88d806b37b8</vt:lpwstr>
  </property>
</Properties>
</file>